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3666" w14:textId="77777777" w:rsidR="00665FCE" w:rsidRPr="00590117" w:rsidRDefault="00000000">
      <w:pPr>
        <w:jc w:val="center"/>
        <w:rPr>
          <w:rFonts w:ascii="Vijaya" w:hAnsi="Vijaya" w:cs="Vijaya"/>
          <w:sz w:val="36"/>
          <w:szCs w:val="36"/>
        </w:rPr>
      </w:pPr>
      <w:r w:rsidRPr="00590117">
        <w:rPr>
          <w:rFonts w:ascii="Vijaya" w:hAnsi="Vijaya" w:cs="Vijaya"/>
          <w:b/>
          <w:sz w:val="36"/>
          <w:szCs w:val="36"/>
        </w:rPr>
        <w:t>EVERYTHING CEREMONIES</w:t>
      </w:r>
    </w:p>
    <w:p w14:paraId="70E3CCCE" w14:textId="1EC3A5E6" w:rsidR="00665FCE" w:rsidRPr="00590117" w:rsidRDefault="00000000">
      <w:pPr>
        <w:jc w:val="center"/>
        <w:rPr>
          <w:rFonts w:ascii="Vijaya" w:hAnsi="Vijaya" w:cs="Vijaya"/>
          <w:sz w:val="36"/>
          <w:szCs w:val="36"/>
        </w:rPr>
      </w:pPr>
      <w:r w:rsidRPr="00590117">
        <w:rPr>
          <w:rFonts w:ascii="Vijaya" w:hAnsi="Vijaya" w:cs="Vijaya"/>
          <w:b/>
          <w:sz w:val="36"/>
          <w:szCs w:val="36"/>
        </w:rPr>
        <w:t>Ceremony Packages – Price &amp; Inclusion</w:t>
      </w:r>
      <w:r w:rsidR="0043090D" w:rsidRPr="00590117">
        <w:rPr>
          <w:rFonts w:ascii="Vijaya" w:hAnsi="Vijaya" w:cs="Vijaya"/>
          <w:b/>
          <w:sz w:val="36"/>
          <w:szCs w:val="36"/>
        </w:rPr>
        <w:t>s</w:t>
      </w:r>
    </w:p>
    <w:p w14:paraId="6E34EE4C" w14:textId="69BEF8B1" w:rsidR="00665FCE" w:rsidRPr="002F6B37" w:rsidRDefault="00665FCE">
      <w:pPr>
        <w:rPr>
          <w:sz w:val="32"/>
          <w:szCs w:val="32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1440"/>
        <w:gridCol w:w="1440"/>
        <w:gridCol w:w="1440"/>
        <w:gridCol w:w="1440"/>
      </w:tblGrid>
      <w:tr w:rsidR="00665FCE" w:rsidRPr="002F6B37" w14:paraId="75B58AD3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7FA6D65D" w14:textId="77777777" w:rsidR="00665FCE" w:rsidRPr="00736BBD" w:rsidRDefault="00000000">
            <w:pPr>
              <w:rPr>
                <w:rFonts w:ascii="Vijaya" w:hAnsi="Vijaya" w:cs="Vijaya"/>
                <w:sz w:val="32"/>
                <w:szCs w:val="32"/>
              </w:rPr>
            </w:pPr>
            <w:r w:rsidRPr="00736BBD">
              <w:rPr>
                <w:rFonts w:ascii="Vijaya" w:hAnsi="Vijaya" w:cs="Vijaya"/>
                <w:b/>
                <w:sz w:val="32"/>
                <w:szCs w:val="32"/>
              </w:rPr>
              <w:t>Inclusion / Service</w:t>
            </w:r>
          </w:p>
        </w:tc>
        <w:tc>
          <w:tcPr>
            <w:tcW w:w="1440" w:type="dxa"/>
            <w:vAlign w:val="center"/>
          </w:tcPr>
          <w:p w14:paraId="3E7A9842" w14:textId="53B3ADB5" w:rsidR="00665FCE" w:rsidRPr="00590117" w:rsidRDefault="001750CD">
            <w:pPr>
              <w:jc w:val="center"/>
              <w:rPr>
                <w:rFonts w:ascii="Vijaya" w:hAnsi="Vijaya" w:cs="Vijaya"/>
                <w:sz w:val="28"/>
                <w:szCs w:val="28"/>
              </w:rPr>
            </w:pPr>
            <w:r w:rsidRPr="00590117">
              <w:rPr>
                <w:rFonts w:ascii="Vijaya" w:hAnsi="Vijaya" w:cs="Vijaya"/>
                <w:b/>
                <w:sz w:val="28"/>
                <w:szCs w:val="28"/>
              </w:rPr>
              <w:t>The Essentials</w:t>
            </w:r>
            <w:r w:rsidR="00000000" w:rsidRPr="00590117">
              <w:rPr>
                <w:rFonts w:ascii="Vijaya" w:hAnsi="Vijaya" w:cs="Vijaya"/>
                <w:b/>
                <w:sz w:val="28"/>
                <w:szCs w:val="28"/>
              </w:rPr>
              <w:br/>
              <w:t>$4</w:t>
            </w:r>
            <w:r w:rsidRPr="00590117">
              <w:rPr>
                <w:rFonts w:ascii="Vijaya" w:hAnsi="Vijaya" w:cs="Vijaya"/>
                <w:b/>
                <w:sz w:val="28"/>
                <w:szCs w:val="28"/>
              </w:rPr>
              <w:t>95</w:t>
            </w:r>
          </w:p>
        </w:tc>
        <w:tc>
          <w:tcPr>
            <w:tcW w:w="1440" w:type="dxa"/>
            <w:vAlign w:val="center"/>
          </w:tcPr>
          <w:p w14:paraId="002FFA2A" w14:textId="566EC2B5" w:rsidR="00665FCE" w:rsidRPr="00590117" w:rsidRDefault="001750CD">
            <w:pPr>
              <w:jc w:val="center"/>
              <w:rPr>
                <w:rFonts w:ascii="Vijaya" w:hAnsi="Vijaya" w:cs="Vijaya"/>
                <w:sz w:val="28"/>
                <w:szCs w:val="28"/>
              </w:rPr>
            </w:pPr>
            <w:r w:rsidRPr="00590117">
              <w:rPr>
                <w:rFonts w:ascii="Vijaya" w:hAnsi="Vijaya" w:cs="Vijaya"/>
                <w:b/>
                <w:sz w:val="28"/>
                <w:szCs w:val="28"/>
              </w:rPr>
              <w:t>The Elopement</w:t>
            </w:r>
            <w:r w:rsidR="00000000" w:rsidRPr="00590117">
              <w:rPr>
                <w:rFonts w:ascii="Vijaya" w:hAnsi="Vijaya" w:cs="Vijaya"/>
                <w:b/>
                <w:sz w:val="28"/>
                <w:szCs w:val="28"/>
              </w:rPr>
              <w:br/>
              <w:t>$5</w:t>
            </w:r>
            <w:r w:rsidRPr="00590117">
              <w:rPr>
                <w:rFonts w:ascii="Vijaya" w:hAnsi="Vijaya" w:cs="Vijaya"/>
                <w:b/>
                <w:sz w:val="28"/>
                <w:szCs w:val="28"/>
              </w:rPr>
              <w:t>95</w:t>
            </w:r>
          </w:p>
        </w:tc>
        <w:tc>
          <w:tcPr>
            <w:tcW w:w="1440" w:type="dxa"/>
            <w:vAlign w:val="center"/>
          </w:tcPr>
          <w:p w14:paraId="4B9CDD19" w14:textId="22997EE3" w:rsidR="00665FCE" w:rsidRPr="00590117" w:rsidRDefault="001750CD">
            <w:pPr>
              <w:jc w:val="center"/>
              <w:rPr>
                <w:rFonts w:ascii="Vijaya" w:hAnsi="Vijaya" w:cs="Vijaya"/>
                <w:sz w:val="28"/>
                <w:szCs w:val="28"/>
              </w:rPr>
            </w:pPr>
            <w:r w:rsidRPr="00590117">
              <w:rPr>
                <w:rFonts w:ascii="Vijaya" w:hAnsi="Vijaya" w:cs="Vijaya"/>
                <w:b/>
                <w:sz w:val="28"/>
                <w:szCs w:val="28"/>
              </w:rPr>
              <w:t>The Classic</w:t>
            </w:r>
            <w:r w:rsidR="00000000" w:rsidRPr="00590117">
              <w:rPr>
                <w:rFonts w:ascii="Vijaya" w:hAnsi="Vijaya" w:cs="Vijaya"/>
                <w:b/>
                <w:sz w:val="28"/>
                <w:szCs w:val="28"/>
              </w:rPr>
              <w:br/>
              <w:t>$</w:t>
            </w:r>
            <w:r w:rsidRPr="00590117">
              <w:rPr>
                <w:rFonts w:ascii="Vijaya" w:hAnsi="Vijaya" w:cs="Vijaya"/>
                <w:b/>
                <w:sz w:val="28"/>
                <w:szCs w:val="28"/>
              </w:rPr>
              <w:t>745</w:t>
            </w:r>
          </w:p>
        </w:tc>
        <w:tc>
          <w:tcPr>
            <w:tcW w:w="1440" w:type="dxa"/>
            <w:vAlign w:val="center"/>
          </w:tcPr>
          <w:p w14:paraId="5BDAD8A1" w14:textId="04A1E909" w:rsidR="00665FCE" w:rsidRPr="00590117" w:rsidRDefault="001750CD">
            <w:pPr>
              <w:jc w:val="center"/>
              <w:rPr>
                <w:rFonts w:ascii="Vijaya" w:hAnsi="Vijaya" w:cs="Vijaya"/>
                <w:sz w:val="28"/>
                <w:szCs w:val="28"/>
              </w:rPr>
            </w:pPr>
            <w:r w:rsidRPr="00590117">
              <w:rPr>
                <w:rFonts w:ascii="Vijaya" w:hAnsi="Vijaya" w:cs="Vijaya"/>
                <w:b/>
                <w:sz w:val="28"/>
                <w:szCs w:val="28"/>
              </w:rPr>
              <w:t>The Luxe</w:t>
            </w:r>
            <w:r w:rsidR="00000000" w:rsidRPr="00590117">
              <w:rPr>
                <w:rFonts w:ascii="Vijaya" w:hAnsi="Vijaya" w:cs="Vijaya"/>
                <w:b/>
                <w:sz w:val="28"/>
                <w:szCs w:val="28"/>
              </w:rPr>
              <w:br/>
              <w:t>$</w:t>
            </w:r>
            <w:r w:rsidRPr="00590117">
              <w:rPr>
                <w:rFonts w:ascii="Vijaya" w:hAnsi="Vijaya" w:cs="Vijaya"/>
                <w:b/>
                <w:sz w:val="28"/>
                <w:szCs w:val="28"/>
              </w:rPr>
              <w:t>895</w:t>
            </w:r>
          </w:p>
        </w:tc>
      </w:tr>
      <w:tr w:rsidR="00665FCE" w:rsidRPr="002F6B37" w14:paraId="2EA834B3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509BC7E6" w14:textId="17BE6854" w:rsidR="00665FCE" w:rsidRPr="00736BBD" w:rsidRDefault="00590117">
            <w:pPr>
              <w:rPr>
                <w:rFonts w:ascii="Dreaming Outloud Pro" w:hAnsi="Dreaming Outloud Pro" w:cs="Dreaming Outloud Pro"/>
                <w:bCs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bCs/>
                <w:sz w:val="32"/>
                <w:szCs w:val="32"/>
              </w:rPr>
              <w:t xml:space="preserve">No obligation initial </w:t>
            </w:r>
            <w:r w:rsidR="001064A9" w:rsidRPr="00736BBD">
              <w:rPr>
                <w:rFonts w:ascii="Dreaming Outloud Pro" w:hAnsi="Dreaming Outloud Pro" w:cs="Dreaming Outloud Pro"/>
                <w:bCs/>
                <w:sz w:val="32"/>
                <w:szCs w:val="32"/>
              </w:rPr>
              <w:t>meeting/chat</w:t>
            </w:r>
          </w:p>
        </w:tc>
        <w:tc>
          <w:tcPr>
            <w:tcW w:w="1440" w:type="dxa"/>
            <w:vAlign w:val="center"/>
          </w:tcPr>
          <w:p w14:paraId="03509727" w14:textId="6C69DBFF" w:rsidR="00665FCE" w:rsidRPr="001064A9" w:rsidRDefault="00590117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1064A9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45C3696B" w14:textId="7A1B664C" w:rsidR="00665FCE" w:rsidRPr="001064A9" w:rsidRDefault="00590117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1064A9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74AFF4D4" w14:textId="4B22CFC6" w:rsidR="00665FCE" w:rsidRPr="001064A9" w:rsidRDefault="00590117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1064A9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1D505A62" w14:textId="1189AAAF" w:rsidR="00665FCE" w:rsidRPr="001064A9" w:rsidRDefault="00590117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1064A9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6F82EC29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05FA7B5E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Legal paperwork / NOIM</w:t>
            </w:r>
          </w:p>
        </w:tc>
        <w:tc>
          <w:tcPr>
            <w:tcW w:w="1440" w:type="dxa"/>
            <w:vAlign w:val="center"/>
          </w:tcPr>
          <w:p w14:paraId="755B6B6F" w14:textId="03A91D85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4F357A8F" w14:textId="6C21F5EF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51AB95E4" w14:textId="08BEC68B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3EA232C8" w14:textId="62D726CE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0F143EFB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0CAAC201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Lodgement of legal documents</w:t>
            </w:r>
          </w:p>
        </w:tc>
        <w:tc>
          <w:tcPr>
            <w:tcW w:w="1440" w:type="dxa"/>
            <w:vAlign w:val="center"/>
          </w:tcPr>
          <w:p w14:paraId="0DE1636D" w14:textId="66CD3848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1AB015E1" w14:textId="77B06914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704424F0" w14:textId="5ECCD5F5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014A00FB" w14:textId="6EC1ADAD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73986C62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16C0D397" w14:textId="1213B94A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proofErr w:type="spellStart"/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Personalised</w:t>
            </w:r>
            <w:proofErr w:type="spellEnd"/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 xml:space="preserve"> c</w:t>
            </w:r>
            <w:r w:rsidR="00020A34" w:rsidRPr="00736BBD">
              <w:rPr>
                <w:rFonts w:ascii="Dreaming Outloud Pro" w:hAnsi="Dreaming Outloud Pro" w:cs="Dreaming Outloud Pro"/>
                <w:sz w:val="32"/>
                <w:szCs w:val="32"/>
              </w:rPr>
              <w:t>ontent</w:t>
            </w:r>
          </w:p>
        </w:tc>
        <w:tc>
          <w:tcPr>
            <w:tcW w:w="1440" w:type="dxa"/>
            <w:vAlign w:val="center"/>
          </w:tcPr>
          <w:p w14:paraId="7E8213DE" w14:textId="2B9C315C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5F412332" w14:textId="4EC08D0D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brief</w:t>
            </w:r>
          </w:p>
        </w:tc>
        <w:tc>
          <w:tcPr>
            <w:tcW w:w="1440" w:type="dxa"/>
            <w:vAlign w:val="center"/>
          </w:tcPr>
          <w:p w14:paraId="60F01AD7" w14:textId="505D4AA4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76429699" w14:textId="36963898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2065DA42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3982CEBB" w14:textId="48BD48DE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proofErr w:type="spellStart"/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Personalised</w:t>
            </w:r>
            <w:proofErr w:type="spellEnd"/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 xml:space="preserve"> love </w:t>
            </w:r>
            <w:proofErr w:type="gramStart"/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story</w:t>
            </w:r>
            <w:proofErr w:type="gramEnd"/>
            <w:r w:rsidR="001064A9" w:rsidRPr="00736BBD">
              <w:rPr>
                <w:rFonts w:ascii="Dreaming Outloud Pro" w:hAnsi="Dreaming Outloud Pro" w:cs="Dreaming Outloud Pro"/>
                <w:sz w:val="32"/>
                <w:szCs w:val="32"/>
              </w:rPr>
              <w:t xml:space="preserve">, symbolic rituals, </w:t>
            </w:r>
            <w:proofErr w:type="spellStart"/>
            <w:r w:rsidR="001064A9" w:rsidRPr="00736BBD">
              <w:rPr>
                <w:rFonts w:ascii="Dreaming Outloud Pro" w:hAnsi="Dreaming Outloud Pro" w:cs="Dreaming Outloud Pro"/>
                <w:sz w:val="32"/>
                <w:szCs w:val="32"/>
              </w:rPr>
              <w:t>etc</w:t>
            </w:r>
            <w:proofErr w:type="spellEnd"/>
          </w:p>
        </w:tc>
        <w:tc>
          <w:tcPr>
            <w:tcW w:w="1440" w:type="dxa"/>
            <w:vAlign w:val="center"/>
          </w:tcPr>
          <w:p w14:paraId="6A41C1C2" w14:textId="221E5FA1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77B329E8" w14:textId="024768BA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2F5BA1D8" w14:textId="088954C1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695C98FC" w14:textId="49CF218A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1A71B95D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7E72E03A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Personalised vows</w:t>
            </w:r>
          </w:p>
        </w:tc>
        <w:tc>
          <w:tcPr>
            <w:tcW w:w="1440" w:type="dxa"/>
            <w:vAlign w:val="center"/>
          </w:tcPr>
          <w:p w14:paraId="18111180" w14:textId="59492E20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61D91BDD" w14:textId="6D0965E7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610EC83F" w14:textId="521472FA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0F25065C" w14:textId="0FF72F5E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77EA7683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17E0D245" w14:textId="7E8953D3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 xml:space="preserve">Ring exchange </w:t>
            </w:r>
          </w:p>
        </w:tc>
        <w:tc>
          <w:tcPr>
            <w:tcW w:w="1440" w:type="dxa"/>
            <w:vAlign w:val="center"/>
          </w:tcPr>
          <w:p w14:paraId="26EF5E5C" w14:textId="0F7BAD4D" w:rsidR="00665FCE" w:rsidRPr="00590117" w:rsidRDefault="001222FC" w:rsidP="001222FC">
            <w:pPr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 xml:space="preserve">         x</w:t>
            </w:r>
          </w:p>
        </w:tc>
        <w:tc>
          <w:tcPr>
            <w:tcW w:w="1440" w:type="dxa"/>
            <w:vAlign w:val="center"/>
          </w:tcPr>
          <w:p w14:paraId="4803B93A" w14:textId="4EB34691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51E5BCB0" w14:textId="7AD5B411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758484E0" w14:textId="40EFD9BA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2A2D5004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634A8375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Official marriage certificate</w:t>
            </w:r>
          </w:p>
        </w:tc>
        <w:tc>
          <w:tcPr>
            <w:tcW w:w="1440" w:type="dxa"/>
            <w:vAlign w:val="center"/>
          </w:tcPr>
          <w:p w14:paraId="3CA1FFF0" w14:textId="78389DF1" w:rsidR="00665FCE" w:rsidRPr="00590117" w:rsidRDefault="00020A34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$70 extra</w:t>
            </w:r>
          </w:p>
        </w:tc>
        <w:tc>
          <w:tcPr>
            <w:tcW w:w="1440" w:type="dxa"/>
            <w:vAlign w:val="center"/>
          </w:tcPr>
          <w:p w14:paraId="2DE46B43" w14:textId="6B307AEB" w:rsidR="00665FCE" w:rsidRPr="00590117" w:rsidRDefault="00020A34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$70 extra</w:t>
            </w:r>
          </w:p>
        </w:tc>
        <w:tc>
          <w:tcPr>
            <w:tcW w:w="1440" w:type="dxa"/>
            <w:vAlign w:val="center"/>
          </w:tcPr>
          <w:p w14:paraId="2EF3B159" w14:textId="0935B4B2" w:rsidR="00665FCE" w:rsidRPr="00590117" w:rsidRDefault="00020A34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$70 extra</w:t>
            </w:r>
          </w:p>
        </w:tc>
        <w:tc>
          <w:tcPr>
            <w:tcW w:w="1440" w:type="dxa"/>
            <w:vAlign w:val="center"/>
          </w:tcPr>
          <w:p w14:paraId="55E76C29" w14:textId="3F0DBAE9" w:rsidR="00665FCE" w:rsidRPr="00590117" w:rsidRDefault="00020A34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$70 extra</w:t>
            </w:r>
          </w:p>
        </w:tc>
      </w:tr>
      <w:tr w:rsidR="00665FCE" w:rsidRPr="002F6B37" w14:paraId="68A7B09E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27636B3E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Keepsake certificate</w:t>
            </w:r>
          </w:p>
        </w:tc>
        <w:tc>
          <w:tcPr>
            <w:tcW w:w="1440" w:type="dxa"/>
            <w:vAlign w:val="center"/>
          </w:tcPr>
          <w:p w14:paraId="2C15EF6F" w14:textId="5248171E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608F3ADB" w14:textId="0EE025A1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71D1D2F9" w14:textId="412FC87B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19979E7C" w14:textId="3BC782D5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0BE2F7A9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042F98BC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Ceremony rehearsal</w:t>
            </w:r>
          </w:p>
        </w:tc>
        <w:tc>
          <w:tcPr>
            <w:tcW w:w="1440" w:type="dxa"/>
            <w:vAlign w:val="center"/>
          </w:tcPr>
          <w:p w14:paraId="31031706" w14:textId="16B40E36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5E9719E5" w14:textId="06E816F4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65C9426D" w14:textId="46F29B02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75064070" w14:textId="54FFBE00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4E7385A2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1D43C253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Ceremony planning meeting</w:t>
            </w:r>
          </w:p>
        </w:tc>
        <w:tc>
          <w:tcPr>
            <w:tcW w:w="1440" w:type="dxa"/>
            <w:vAlign w:val="center"/>
          </w:tcPr>
          <w:p w14:paraId="4B8298E8" w14:textId="55361390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6C30E34E" w14:textId="6866D1E4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2A8D1E2D" w14:textId="57A356EB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02CB5B20" w14:textId="29365DB4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62CC7D9C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40DA7BBC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Unlimited email / phone support</w:t>
            </w:r>
          </w:p>
        </w:tc>
        <w:tc>
          <w:tcPr>
            <w:tcW w:w="1440" w:type="dxa"/>
            <w:vAlign w:val="center"/>
          </w:tcPr>
          <w:p w14:paraId="18C9AAA6" w14:textId="3A8A7812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0BA4637F" w14:textId="4A3DEC3A" w:rsidR="00665FCE" w:rsidRPr="00590117" w:rsidRDefault="0043090D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3C89B3A9" w14:textId="2D71A06E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09BE40E6" w14:textId="42965C59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3C6B60C2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0CEBF1FF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PA system &amp; microphone</w:t>
            </w:r>
          </w:p>
        </w:tc>
        <w:tc>
          <w:tcPr>
            <w:tcW w:w="1440" w:type="dxa"/>
            <w:vAlign w:val="center"/>
          </w:tcPr>
          <w:p w14:paraId="52AF7251" w14:textId="1491D9AE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2FC16D7C" w14:textId="3A589432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2A9202A4" w14:textId="3D7AF12B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3E7C2A31" w14:textId="44B6D566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7F59BC8A" w14:textId="77777777">
        <w:trPr>
          <w:cantSplit/>
          <w:jc w:val="center"/>
        </w:trPr>
        <w:tc>
          <w:tcPr>
            <w:tcW w:w="4680" w:type="dxa"/>
            <w:vAlign w:val="center"/>
          </w:tcPr>
          <w:p w14:paraId="7E6BCCD6" w14:textId="77777777" w:rsidR="00665FCE" w:rsidRPr="00736BBD" w:rsidRDefault="00000000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Signing table &amp; chairs</w:t>
            </w:r>
          </w:p>
        </w:tc>
        <w:tc>
          <w:tcPr>
            <w:tcW w:w="1440" w:type="dxa"/>
            <w:vAlign w:val="center"/>
          </w:tcPr>
          <w:p w14:paraId="089E3032" w14:textId="733A0D8A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37ABAAC8" w14:textId="15265CFF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4FC39279" w14:textId="243E94FE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  <w:tc>
          <w:tcPr>
            <w:tcW w:w="1440" w:type="dxa"/>
            <w:vAlign w:val="center"/>
          </w:tcPr>
          <w:p w14:paraId="1CD7014E" w14:textId="79F448DD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Segoe UI Emoji" w:hAnsi="Segoe UI Emoji" w:cs="Segoe UI Emoji"/>
                <w:sz w:val="28"/>
                <w:szCs w:val="28"/>
              </w:rPr>
              <w:t>✔️</w:t>
            </w:r>
          </w:p>
        </w:tc>
      </w:tr>
      <w:tr w:rsidR="00665FCE" w:rsidRPr="002F6B37" w14:paraId="1351EB20" w14:textId="77777777" w:rsidTr="001064A9">
        <w:trPr>
          <w:cantSplit/>
          <w:trHeight w:val="421"/>
          <w:jc w:val="center"/>
        </w:trPr>
        <w:tc>
          <w:tcPr>
            <w:tcW w:w="4680" w:type="dxa"/>
            <w:vAlign w:val="center"/>
          </w:tcPr>
          <w:p w14:paraId="30A2E49B" w14:textId="1E98B516" w:rsidR="00665FCE" w:rsidRPr="00736BBD" w:rsidRDefault="0002256D">
            <w:pPr>
              <w:rPr>
                <w:rFonts w:ascii="Dreaming Outloud Pro" w:hAnsi="Dreaming Outloud Pro" w:cs="Dreaming Outloud Pro"/>
                <w:sz w:val="32"/>
                <w:szCs w:val="32"/>
              </w:rPr>
            </w:pP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 xml:space="preserve"> </w:t>
            </w:r>
            <w:r w:rsidR="00020A34" w:rsidRPr="00736BBD">
              <w:rPr>
                <w:rFonts w:ascii="Dreaming Outloud Pro" w:hAnsi="Dreaming Outloud Pro" w:cs="Dreaming Outloud Pro"/>
                <w:sz w:val="32"/>
                <w:szCs w:val="32"/>
              </w:rPr>
              <w:t>G</w:t>
            </w:r>
            <w:r w:rsidRPr="00736BBD">
              <w:rPr>
                <w:rFonts w:ascii="Dreaming Outloud Pro" w:hAnsi="Dreaming Outloud Pro" w:cs="Dreaming Outloud Pro"/>
                <w:sz w:val="32"/>
                <w:szCs w:val="32"/>
              </w:rPr>
              <w:t>uests</w:t>
            </w:r>
          </w:p>
        </w:tc>
        <w:tc>
          <w:tcPr>
            <w:tcW w:w="1440" w:type="dxa"/>
            <w:vAlign w:val="center"/>
          </w:tcPr>
          <w:p w14:paraId="7428EC7E" w14:textId="7BCA71D5" w:rsidR="00665FCE" w:rsidRPr="00590117" w:rsidRDefault="001222FC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x</w:t>
            </w:r>
          </w:p>
        </w:tc>
        <w:tc>
          <w:tcPr>
            <w:tcW w:w="1440" w:type="dxa"/>
            <w:vAlign w:val="center"/>
          </w:tcPr>
          <w:p w14:paraId="610583F9" w14:textId="1D4D1A3D" w:rsidR="00665FCE" w:rsidRPr="00590117" w:rsidRDefault="00020A34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20</w:t>
            </w:r>
          </w:p>
        </w:tc>
        <w:tc>
          <w:tcPr>
            <w:tcW w:w="1440" w:type="dxa"/>
            <w:vAlign w:val="center"/>
          </w:tcPr>
          <w:p w14:paraId="2BA4DE5F" w14:textId="0AF9A4CB" w:rsidR="00665FCE" w:rsidRPr="00590117" w:rsidRDefault="00020A34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unlimited</w:t>
            </w:r>
          </w:p>
        </w:tc>
        <w:tc>
          <w:tcPr>
            <w:tcW w:w="1440" w:type="dxa"/>
            <w:vAlign w:val="center"/>
          </w:tcPr>
          <w:p w14:paraId="6EF3A01A" w14:textId="061E0858" w:rsidR="00665FCE" w:rsidRPr="00590117" w:rsidRDefault="00020A34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590117">
              <w:rPr>
                <w:rFonts w:ascii="Dreaming Outloud Pro" w:hAnsi="Dreaming Outloud Pro" w:cs="Dreaming Outloud Pro"/>
                <w:sz w:val="28"/>
                <w:szCs w:val="28"/>
              </w:rPr>
              <w:t>unlimited</w:t>
            </w:r>
          </w:p>
        </w:tc>
      </w:tr>
    </w:tbl>
    <w:p w14:paraId="7CD8057C" w14:textId="77777777" w:rsidR="00665FCE" w:rsidRPr="00590117" w:rsidRDefault="00665FCE">
      <w:pPr>
        <w:rPr>
          <w:rFonts w:ascii="Vijaya" w:hAnsi="Vijaya" w:cs="Vijaya"/>
          <w:b/>
          <w:sz w:val="36"/>
          <w:szCs w:val="36"/>
        </w:rPr>
      </w:pPr>
    </w:p>
    <w:p w14:paraId="06576E7F" w14:textId="436B82CE" w:rsidR="00665FCE" w:rsidRPr="00590117" w:rsidRDefault="00590117">
      <w:pPr>
        <w:rPr>
          <w:rFonts w:ascii="Vijaya" w:hAnsi="Vijaya" w:cs="Vijaya"/>
          <w:b/>
          <w:sz w:val="36"/>
          <w:szCs w:val="36"/>
        </w:rPr>
      </w:pPr>
      <w:r w:rsidRPr="00590117">
        <w:rPr>
          <w:rFonts w:ascii="Vijaya" w:hAnsi="Vijaya" w:cs="Vijaya"/>
          <w:b/>
          <w:sz w:val="36"/>
          <w:szCs w:val="36"/>
        </w:rPr>
        <w:t xml:space="preserve"> *</w:t>
      </w:r>
      <w:proofErr w:type="gramStart"/>
      <w:r w:rsidRPr="00590117">
        <w:rPr>
          <w:rFonts w:ascii="Vijaya" w:hAnsi="Vijaya" w:cs="Vijaya"/>
          <w:b/>
          <w:sz w:val="36"/>
          <w:szCs w:val="36"/>
        </w:rPr>
        <w:t>Add</w:t>
      </w:r>
      <w:proofErr w:type="gramEnd"/>
      <w:r w:rsidRPr="00590117">
        <w:rPr>
          <w:rFonts w:ascii="Vijaya" w:hAnsi="Vijaya" w:cs="Vijaya"/>
          <w:b/>
          <w:sz w:val="36"/>
          <w:szCs w:val="36"/>
        </w:rPr>
        <w:t xml:space="preserve"> </w:t>
      </w:r>
      <w:proofErr w:type="gramStart"/>
      <w:r w:rsidRPr="00590117">
        <w:rPr>
          <w:rFonts w:ascii="Vijaya" w:hAnsi="Vijaya" w:cs="Vijaya"/>
          <w:b/>
          <w:sz w:val="36"/>
          <w:szCs w:val="36"/>
        </w:rPr>
        <w:t>on</w:t>
      </w:r>
      <w:proofErr w:type="gramEnd"/>
      <w:r w:rsidRPr="00590117">
        <w:rPr>
          <w:rFonts w:ascii="Vijaya" w:hAnsi="Vijaya" w:cs="Vijaya"/>
          <w:b/>
          <w:sz w:val="36"/>
          <w:szCs w:val="36"/>
        </w:rPr>
        <w:t xml:space="preserve"> Ceremony upgrade</w:t>
      </w:r>
    </w:p>
    <w:p w14:paraId="6336A8C5" w14:textId="15902533" w:rsidR="00665FCE" w:rsidRPr="00736BBD" w:rsidRDefault="0043090D">
      <w:pPr>
        <w:rPr>
          <w:sz w:val="24"/>
          <w:szCs w:val="24"/>
        </w:rPr>
      </w:pPr>
      <w:r w:rsidRPr="00736BBD">
        <w:rPr>
          <w:rFonts w:ascii="Dreaming Outloud Pro" w:hAnsi="Dreaming Outloud Pro" w:cs="Dreaming Outloud Pro"/>
          <w:bCs/>
          <w:sz w:val="24"/>
          <w:szCs w:val="24"/>
        </w:rPr>
        <w:t xml:space="preserve"> “The Essentials” </w:t>
      </w:r>
      <w:r w:rsidR="001222FC" w:rsidRPr="00736BBD">
        <w:rPr>
          <w:rFonts w:ascii="Dreaming Outloud Pro" w:hAnsi="Dreaming Outloud Pro" w:cs="Dreaming Outloud Pro"/>
          <w:bCs/>
          <w:sz w:val="24"/>
          <w:szCs w:val="24"/>
        </w:rPr>
        <w:t xml:space="preserve">may be upgraded for $50 extra. This includes a pre-crafted beautifully written script incorporating a warm welcome, acknowledgement of guests, reflection on marriage, ring exchange, personal vows, and all legal requirements. Perfect for those wanting more than the legal </w:t>
      </w:r>
      <w:proofErr w:type="gramStart"/>
      <w:r w:rsidR="001222FC" w:rsidRPr="00736BBD">
        <w:rPr>
          <w:rFonts w:ascii="Dreaming Outloud Pro" w:hAnsi="Dreaming Outloud Pro" w:cs="Dreaming Outloud Pro"/>
          <w:bCs/>
          <w:sz w:val="24"/>
          <w:szCs w:val="24"/>
        </w:rPr>
        <w:t>wording</w:t>
      </w:r>
      <w:r w:rsidR="00590117" w:rsidRPr="00736BBD">
        <w:rPr>
          <w:rFonts w:ascii="Dreaming Outloud Pro" w:hAnsi="Dreaming Outloud Pro" w:cs="Dreaming Outloud Pro"/>
          <w:bCs/>
          <w:sz w:val="24"/>
          <w:szCs w:val="24"/>
        </w:rPr>
        <w:t xml:space="preserve"> </w:t>
      </w:r>
      <w:r w:rsidR="001222FC" w:rsidRPr="00736BBD">
        <w:rPr>
          <w:rFonts w:ascii="Dreaming Outloud Pro" w:hAnsi="Dreaming Outloud Pro" w:cs="Dreaming Outloud Pro"/>
          <w:bCs/>
          <w:sz w:val="24"/>
          <w:szCs w:val="24"/>
        </w:rPr>
        <w:t>only</w:t>
      </w:r>
      <w:proofErr w:type="gramEnd"/>
      <w:r w:rsidR="001222FC" w:rsidRPr="00736BBD">
        <w:rPr>
          <w:rFonts w:ascii="Dreaming Outloud Pro" w:hAnsi="Dreaming Outloud Pro" w:cs="Dreaming Outloud Pro"/>
          <w:bCs/>
          <w:sz w:val="24"/>
          <w:szCs w:val="24"/>
        </w:rPr>
        <w:t xml:space="preserve"> ceremony. No modifications to the script</w:t>
      </w:r>
      <w:r w:rsidR="00590117" w:rsidRPr="00736BBD">
        <w:rPr>
          <w:rFonts w:ascii="Dreaming Outloud Pro" w:hAnsi="Dreaming Outloud Pro" w:cs="Dreaming Outloud Pro"/>
          <w:bCs/>
          <w:sz w:val="24"/>
          <w:szCs w:val="24"/>
        </w:rPr>
        <w:t>,</w:t>
      </w:r>
      <w:r w:rsidR="001222FC" w:rsidRPr="00736BBD">
        <w:rPr>
          <w:rFonts w:ascii="Dreaming Outloud Pro" w:hAnsi="Dreaming Outloud Pro" w:cs="Dreaming Outloud Pro"/>
          <w:bCs/>
          <w:sz w:val="24"/>
          <w:szCs w:val="24"/>
        </w:rPr>
        <w:t xml:space="preserve"> however your names will be included. Three designs to choose from. Up to 10 guests are welcome.</w:t>
      </w:r>
      <w:r w:rsidR="001222FC" w:rsidRPr="00736BBD">
        <w:rPr>
          <w:rFonts w:ascii="Dreaming Outloud Pro" w:hAnsi="Dreaming Outloud Pro" w:cs="Dreaming Outloud Pro"/>
          <w:b/>
          <w:sz w:val="24"/>
          <w:szCs w:val="24"/>
        </w:rPr>
        <w:t xml:space="preserve">  </w:t>
      </w:r>
    </w:p>
    <w:p w14:paraId="30C69390" w14:textId="77777777" w:rsidR="00665FCE" w:rsidRDefault="00665FCE"/>
    <w:p w14:paraId="4D17C471" w14:textId="1A06109D" w:rsidR="00665FCE" w:rsidRDefault="00000000">
      <w:r>
        <w:rPr>
          <w:b/>
        </w:rPr>
        <w:t xml:space="preserve">Last updated: </w:t>
      </w:r>
      <w:r>
        <w:t>___</w:t>
      </w:r>
      <w:r w:rsidR="001222FC">
        <w:t>August 2026</w:t>
      </w:r>
      <w:r>
        <w:t>_______________</w:t>
      </w:r>
    </w:p>
    <w:p w14:paraId="7362A5F9" w14:textId="22355F58" w:rsidR="00665FCE" w:rsidRDefault="00665FCE"/>
    <w:sectPr w:rsidR="00665FCE" w:rsidSect="00034616">
      <w:pgSz w:w="12240" w:h="15840"/>
      <w:pgMar w:top="792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4997243">
    <w:abstractNumId w:val="8"/>
  </w:num>
  <w:num w:numId="2" w16cid:durableId="355079480">
    <w:abstractNumId w:val="6"/>
  </w:num>
  <w:num w:numId="3" w16cid:durableId="1946813094">
    <w:abstractNumId w:val="5"/>
  </w:num>
  <w:num w:numId="4" w16cid:durableId="1941840711">
    <w:abstractNumId w:val="4"/>
  </w:num>
  <w:num w:numId="5" w16cid:durableId="1013071135">
    <w:abstractNumId w:val="7"/>
  </w:num>
  <w:num w:numId="6" w16cid:durableId="803888486">
    <w:abstractNumId w:val="3"/>
  </w:num>
  <w:num w:numId="7" w16cid:durableId="541594385">
    <w:abstractNumId w:val="2"/>
  </w:num>
  <w:num w:numId="8" w16cid:durableId="18968779">
    <w:abstractNumId w:val="1"/>
  </w:num>
  <w:num w:numId="9" w16cid:durableId="211643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A34"/>
    <w:rsid w:val="0002256D"/>
    <w:rsid w:val="00034616"/>
    <w:rsid w:val="0006063C"/>
    <w:rsid w:val="001064A9"/>
    <w:rsid w:val="001222FC"/>
    <w:rsid w:val="0015074B"/>
    <w:rsid w:val="001750CD"/>
    <w:rsid w:val="0029639D"/>
    <w:rsid w:val="002F6B37"/>
    <w:rsid w:val="00326F90"/>
    <w:rsid w:val="0043090D"/>
    <w:rsid w:val="00590117"/>
    <w:rsid w:val="00665FCE"/>
    <w:rsid w:val="00736BBD"/>
    <w:rsid w:val="009952B6"/>
    <w:rsid w:val="00AA1D8D"/>
    <w:rsid w:val="00B2393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5346A2"/>
  <w14:defaultImageDpi w14:val="300"/>
  <w15:docId w15:val="{643FEAD5-61AE-4FE6-A7F8-212ED9B4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1052</Characters>
  <Application>Microsoft Office Word</Application>
  <DocSecurity>0</DocSecurity>
  <Lines>25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Rose Genitori</cp:lastModifiedBy>
  <cp:revision>2</cp:revision>
  <dcterms:created xsi:type="dcterms:W3CDTF">2026-08-13T03:45:00Z</dcterms:created>
  <dcterms:modified xsi:type="dcterms:W3CDTF">2026-08-13T03:45:00Z</dcterms:modified>
  <cp:category/>
</cp:coreProperties>
</file>