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3666" w14:textId="77777777" w:rsidR="00665FCE" w:rsidRPr="00590117" w:rsidRDefault="00000000">
      <w:pPr>
        <w:jc w:val="center"/>
        <w:rPr>
          <w:rFonts w:ascii="Vijaya" w:hAnsi="Vijaya" w:cs="Vijaya"/>
          <w:sz w:val="36"/>
          <w:szCs w:val="36"/>
        </w:rPr>
      </w:pPr>
      <w:r w:rsidRPr="00590117">
        <w:rPr>
          <w:rFonts w:ascii="Vijaya" w:hAnsi="Vijaya" w:cs="Vijaya"/>
          <w:b/>
          <w:sz w:val="36"/>
          <w:szCs w:val="36"/>
        </w:rPr>
        <w:t>EVERYTHING CEREMONIES</w:t>
      </w:r>
    </w:p>
    <w:p w14:paraId="70E3CCCE" w14:textId="1EC3A5E6" w:rsidR="00665FCE" w:rsidRPr="00590117" w:rsidRDefault="00000000">
      <w:pPr>
        <w:jc w:val="center"/>
        <w:rPr>
          <w:rFonts w:ascii="Vijaya" w:hAnsi="Vijaya" w:cs="Vijaya"/>
          <w:sz w:val="36"/>
          <w:szCs w:val="36"/>
        </w:rPr>
      </w:pPr>
      <w:r w:rsidRPr="00590117">
        <w:rPr>
          <w:rFonts w:ascii="Vijaya" w:hAnsi="Vijaya" w:cs="Vijaya"/>
          <w:b/>
          <w:sz w:val="36"/>
          <w:szCs w:val="36"/>
        </w:rPr>
        <w:t>Ceremony Packages – Price &amp; Inclusion</w:t>
      </w:r>
      <w:r w:rsidR="0043090D" w:rsidRPr="00590117">
        <w:rPr>
          <w:rFonts w:ascii="Vijaya" w:hAnsi="Vijaya" w:cs="Vijaya"/>
          <w:b/>
          <w:sz w:val="36"/>
          <w:szCs w:val="36"/>
        </w:rPr>
        <w:t>s</w:t>
      </w:r>
    </w:p>
    <w:p w14:paraId="6E34EE4C" w14:textId="69BEF8B1" w:rsidR="00665FCE" w:rsidRPr="002F6B37" w:rsidRDefault="00665FCE">
      <w:pPr>
        <w:rPr>
          <w:sz w:val="32"/>
          <w:szCs w:val="3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1377"/>
        <w:gridCol w:w="1418"/>
        <w:gridCol w:w="1418"/>
        <w:gridCol w:w="1417"/>
        <w:gridCol w:w="1548"/>
      </w:tblGrid>
      <w:tr w:rsidR="00354D91" w:rsidRPr="002F6B37" w14:paraId="75B58AD3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7FA6D65D" w14:textId="77777777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b/>
                <w:sz w:val="36"/>
                <w:szCs w:val="36"/>
              </w:rPr>
              <w:t>Inclusion / Service</w:t>
            </w:r>
          </w:p>
        </w:tc>
        <w:tc>
          <w:tcPr>
            <w:tcW w:w="1377" w:type="dxa"/>
            <w:vAlign w:val="center"/>
          </w:tcPr>
          <w:p w14:paraId="3E7A9842" w14:textId="53B3ADB5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b/>
                <w:sz w:val="36"/>
                <w:szCs w:val="36"/>
              </w:rPr>
              <w:t>The Essentials</w:t>
            </w:r>
            <w:r w:rsidRPr="002E6817">
              <w:rPr>
                <w:rFonts w:ascii="Vijaya" w:hAnsi="Vijaya" w:cs="Vijaya"/>
                <w:b/>
                <w:sz w:val="36"/>
                <w:szCs w:val="36"/>
              </w:rPr>
              <w:br/>
              <w:t>$495</w:t>
            </w:r>
          </w:p>
        </w:tc>
        <w:tc>
          <w:tcPr>
            <w:tcW w:w="1418" w:type="dxa"/>
          </w:tcPr>
          <w:p w14:paraId="4C1659C6" w14:textId="77777777" w:rsidR="00C00FF5" w:rsidRPr="002E6817" w:rsidRDefault="00C00FF5">
            <w:pPr>
              <w:jc w:val="center"/>
              <w:rPr>
                <w:rFonts w:ascii="Vijaya" w:hAnsi="Vijaya" w:cs="Vijaya"/>
                <w:b/>
                <w:sz w:val="36"/>
                <w:szCs w:val="36"/>
              </w:rPr>
            </w:pPr>
          </w:p>
          <w:p w14:paraId="64E10465" w14:textId="69891C7A" w:rsidR="00354D91" w:rsidRPr="002E6817" w:rsidRDefault="00354D91">
            <w:pPr>
              <w:jc w:val="center"/>
              <w:rPr>
                <w:rFonts w:ascii="Vijaya" w:hAnsi="Vijaya" w:cs="Vijaya"/>
                <w:b/>
                <w:sz w:val="36"/>
                <w:szCs w:val="36"/>
              </w:rPr>
            </w:pPr>
            <w:r w:rsidRPr="002E6817">
              <w:rPr>
                <w:rFonts w:ascii="Vijaya" w:hAnsi="Vijaya" w:cs="Vijaya"/>
                <w:b/>
                <w:sz w:val="36"/>
                <w:szCs w:val="36"/>
              </w:rPr>
              <w:t>The</w:t>
            </w:r>
          </w:p>
          <w:p w14:paraId="2ACCD1D6" w14:textId="0E9AD4C3" w:rsidR="00354D91" w:rsidRPr="002E6817" w:rsidRDefault="00354D91">
            <w:pPr>
              <w:jc w:val="center"/>
              <w:rPr>
                <w:rFonts w:ascii="Vijaya" w:hAnsi="Vijaya" w:cs="Vijaya"/>
                <w:b/>
                <w:sz w:val="36"/>
                <w:szCs w:val="36"/>
              </w:rPr>
            </w:pPr>
            <w:r w:rsidRPr="002E6817">
              <w:rPr>
                <w:rFonts w:ascii="Vijaya" w:hAnsi="Vijaya" w:cs="Vijaya"/>
                <w:b/>
                <w:sz w:val="36"/>
                <w:szCs w:val="36"/>
              </w:rPr>
              <w:t xml:space="preserve"> Simple</w:t>
            </w:r>
          </w:p>
          <w:p w14:paraId="6F02E42B" w14:textId="08DA798E" w:rsidR="00354D91" w:rsidRPr="002E6817" w:rsidRDefault="00354D91">
            <w:pPr>
              <w:jc w:val="center"/>
              <w:rPr>
                <w:rFonts w:ascii="Vijaya" w:hAnsi="Vijaya" w:cs="Vijaya"/>
                <w:b/>
                <w:sz w:val="36"/>
                <w:szCs w:val="36"/>
              </w:rPr>
            </w:pPr>
            <w:r w:rsidRPr="002E6817">
              <w:rPr>
                <w:rFonts w:ascii="Vijaya" w:hAnsi="Vijaya" w:cs="Vijaya"/>
                <w:b/>
                <w:sz w:val="36"/>
                <w:szCs w:val="36"/>
              </w:rPr>
              <w:t>$545</w:t>
            </w:r>
          </w:p>
          <w:p w14:paraId="6DB3ADF4" w14:textId="2C58D84F" w:rsidR="00354D91" w:rsidRPr="002E6817" w:rsidRDefault="00354D91">
            <w:pPr>
              <w:jc w:val="center"/>
              <w:rPr>
                <w:rFonts w:ascii="Vijaya" w:hAnsi="Vijaya" w:cs="Vijaya"/>
                <w:b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14:paraId="002FFA2A" w14:textId="2B581894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b/>
                <w:sz w:val="36"/>
                <w:szCs w:val="36"/>
              </w:rPr>
              <w:t>The Elopement</w:t>
            </w:r>
            <w:r w:rsidRPr="002E6817">
              <w:rPr>
                <w:rFonts w:ascii="Vijaya" w:hAnsi="Vijaya" w:cs="Vijaya"/>
                <w:b/>
                <w:sz w:val="36"/>
                <w:szCs w:val="36"/>
              </w:rPr>
              <w:br/>
              <w:t>$595</w:t>
            </w:r>
          </w:p>
        </w:tc>
        <w:tc>
          <w:tcPr>
            <w:tcW w:w="1417" w:type="dxa"/>
            <w:vAlign w:val="center"/>
          </w:tcPr>
          <w:p w14:paraId="4B9CDD19" w14:textId="22997EE3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b/>
                <w:sz w:val="36"/>
                <w:szCs w:val="36"/>
              </w:rPr>
              <w:t>The Classic</w:t>
            </w:r>
            <w:r w:rsidRPr="002E6817">
              <w:rPr>
                <w:rFonts w:ascii="Vijaya" w:hAnsi="Vijaya" w:cs="Vijaya"/>
                <w:b/>
                <w:sz w:val="36"/>
                <w:szCs w:val="36"/>
              </w:rPr>
              <w:br/>
              <w:t>$745</w:t>
            </w:r>
          </w:p>
        </w:tc>
        <w:tc>
          <w:tcPr>
            <w:tcW w:w="1548" w:type="dxa"/>
            <w:vAlign w:val="center"/>
          </w:tcPr>
          <w:p w14:paraId="5BDAD8A1" w14:textId="04A1E909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b/>
                <w:sz w:val="36"/>
                <w:szCs w:val="36"/>
              </w:rPr>
              <w:t>The Luxe</w:t>
            </w:r>
            <w:r w:rsidRPr="002E6817">
              <w:rPr>
                <w:rFonts w:ascii="Vijaya" w:hAnsi="Vijaya" w:cs="Vijaya"/>
                <w:b/>
                <w:sz w:val="36"/>
                <w:szCs w:val="36"/>
              </w:rPr>
              <w:br/>
              <w:t>$895</w:t>
            </w:r>
          </w:p>
        </w:tc>
      </w:tr>
      <w:tr w:rsidR="00354D91" w:rsidRPr="002F6B37" w14:paraId="2EA834B3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509BC7E6" w14:textId="17BE6854" w:rsidR="00354D91" w:rsidRPr="002E6817" w:rsidRDefault="00354D91">
            <w:pPr>
              <w:rPr>
                <w:rFonts w:ascii="Vijaya" w:hAnsi="Vijaya" w:cs="Vijaya"/>
                <w:bCs/>
                <w:sz w:val="36"/>
                <w:szCs w:val="36"/>
              </w:rPr>
            </w:pPr>
            <w:r w:rsidRPr="002E6817">
              <w:rPr>
                <w:rFonts w:ascii="Vijaya" w:hAnsi="Vijaya" w:cs="Vijaya"/>
                <w:bCs/>
                <w:sz w:val="36"/>
                <w:szCs w:val="36"/>
              </w:rPr>
              <w:t>No obligation initial meeting/chat</w:t>
            </w:r>
          </w:p>
        </w:tc>
        <w:tc>
          <w:tcPr>
            <w:tcW w:w="1377" w:type="dxa"/>
            <w:vAlign w:val="center"/>
          </w:tcPr>
          <w:p w14:paraId="03509727" w14:textId="6C69DBFF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</w:tcPr>
          <w:p w14:paraId="1DC3ADC0" w14:textId="77777777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</w:p>
          <w:p w14:paraId="32D78B10" w14:textId="0C6870FF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  <w:vAlign w:val="center"/>
          </w:tcPr>
          <w:p w14:paraId="45C3696B" w14:textId="21256670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74AFF4D4" w14:textId="4B22CFC6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1D505A62" w14:textId="1189AAAF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6F82EC29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05FA7B5E" w14:textId="682CF5E2" w:rsidR="00354D91" w:rsidRPr="002E6817" w:rsidRDefault="00C00FF5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Keepsake ceremony script</w:t>
            </w:r>
          </w:p>
        </w:tc>
        <w:tc>
          <w:tcPr>
            <w:tcW w:w="1377" w:type="dxa"/>
            <w:vAlign w:val="center"/>
          </w:tcPr>
          <w:p w14:paraId="755B6B6F" w14:textId="3651EFBE" w:rsidR="00354D91" w:rsidRPr="002E6817" w:rsidRDefault="00C00FF5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</w:tcPr>
          <w:p w14:paraId="74B40089" w14:textId="0F97874C" w:rsidR="00354D91" w:rsidRPr="002E6817" w:rsidRDefault="00C00FF5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  <w:vAlign w:val="center"/>
          </w:tcPr>
          <w:p w14:paraId="4F357A8F" w14:textId="11FEBD62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51AB95E4" w14:textId="08BEC68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3EA232C8" w14:textId="62D726CE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0F143EFB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0CAAC201" w14:textId="203BCB36" w:rsidR="00354D91" w:rsidRPr="002E6817" w:rsidRDefault="002E6817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All legal paperwork taken care of</w:t>
            </w:r>
          </w:p>
        </w:tc>
        <w:tc>
          <w:tcPr>
            <w:tcW w:w="1377" w:type="dxa"/>
            <w:vAlign w:val="center"/>
          </w:tcPr>
          <w:p w14:paraId="0DE1636D" w14:textId="66CD3848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</w:tcPr>
          <w:p w14:paraId="74AD1969" w14:textId="09557253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  <w:vAlign w:val="center"/>
          </w:tcPr>
          <w:p w14:paraId="1AB015E1" w14:textId="388580D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704424F0" w14:textId="5ECCD5F5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014A00FB" w14:textId="6EC1ADAD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73986C62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16C0D397" w14:textId="383D7AC4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Persona</w:t>
            </w:r>
            <w:r w:rsidR="002E6817" w:rsidRPr="002E6817">
              <w:rPr>
                <w:rFonts w:ascii="Vijaya" w:hAnsi="Vijaya" w:cs="Vijaya"/>
                <w:sz w:val="36"/>
                <w:szCs w:val="36"/>
              </w:rPr>
              <w:t>l</w:t>
            </w:r>
            <w:r w:rsidRPr="002E6817">
              <w:rPr>
                <w:rFonts w:ascii="Vijaya" w:hAnsi="Vijaya" w:cs="Vijaya"/>
                <w:sz w:val="36"/>
                <w:szCs w:val="36"/>
              </w:rPr>
              <w:t xml:space="preserve"> content</w:t>
            </w:r>
          </w:p>
        </w:tc>
        <w:tc>
          <w:tcPr>
            <w:tcW w:w="1377" w:type="dxa"/>
            <w:vAlign w:val="center"/>
          </w:tcPr>
          <w:p w14:paraId="7E8213DE" w14:textId="2B9C315C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</w:tcPr>
          <w:p w14:paraId="47ECA85A" w14:textId="4075EA71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  <w:vAlign w:val="center"/>
          </w:tcPr>
          <w:p w14:paraId="5F412332" w14:textId="1E3A8BE3" w:rsidR="00354D91" w:rsidRPr="002E6817" w:rsidRDefault="0072731E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simple</w:t>
            </w:r>
          </w:p>
        </w:tc>
        <w:tc>
          <w:tcPr>
            <w:tcW w:w="1417" w:type="dxa"/>
            <w:vAlign w:val="center"/>
          </w:tcPr>
          <w:p w14:paraId="60F01AD7" w14:textId="505D4AA4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76429699" w14:textId="36963898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2065DA42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3982CEBB" w14:textId="3A677BB3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Persona</w:t>
            </w:r>
            <w:r w:rsidR="002E6817" w:rsidRPr="002E6817">
              <w:rPr>
                <w:rFonts w:ascii="Vijaya" w:hAnsi="Vijaya" w:cs="Vijaya"/>
                <w:sz w:val="36"/>
                <w:szCs w:val="36"/>
              </w:rPr>
              <w:t xml:space="preserve">l </w:t>
            </w:r>
            <w:r w:rsidRPr="002E6817">
              <w:rPr>
                <w:rFonts w:ascii="Vijaya" w:hAnsi="Vijaya" w:cs="Vijaya"/>
                <w:sz w:val="36"/>
                <w:szCs w:val="36"/>
              </w:rPr>
              <w:t xml:space="preserve">love </w:t>
            </w:r>
            <w:proofErr w:type="gramStart"/>
            <w:r w:rsidRPr="002E6817">
              <w:rPr>
                <w:rFonts w:ascii="Vijaya" w:hAnsi="Vijaya" w:cs="Vijaya"/>
                <w:sz w:val="36"/>
                <w:szCs w:val="36"/>
              </w:rPr>
              <w:t>story</w:t>
            </w:r>
            <w:proofErr w:type="gramEnd"/>
            <w:r w:rsidRPr="002E6817">
              <w:rPr>
                <w:rFonts w:ascii="Vijaya" w:hAnsi="Vijaya" w:cs="Vijaya"/>
                <w:sz w:val="36"/>
                <w:szCs w:val="36"/>
              </w:rPr>
              <w:t xml:space="preserve">, symbolic rituals, </w:t>
            </w:r>
            <w:proofErr w:type="spellStart"/>
            <w:r w:rsidRPr="002E6817">
              <w:rPr>
                <w:rFonts w:ascii="Vijaya" w:hAnsi="Vijaya" w:cs="Vijaya"/>
                <w:sz w:val="36"/>
                <w:szCs w:val="36"/>
              </w:rPr>
              <w:t>etc</w:t>
            </w:r>
            <w:proofErr w:type="spellEnd"/>
          </w:p>
        </w:tc>
        <w:tc>
          <w:tcPr>
            <w:tcW w:w="1377" w:type="dxa"/>
            <w:vAlign w:val="center"/>
          </w:tcPr>
          <w:p w14:paraId="6A41C1C2" w14:textId="221E5FA1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</w:tcPr>
          <w:p w14:paraId="3D01D6D7" w14:textId="77777777" w:rsidR="00354D91" w:rsidRPr="002E6817" w:rsidRDefault="00354D91" w:rsidP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 xml:space="preserve">     </w:t>
            </w:r>
          </w:p>
          <w:p w14:paraId="63ADB231" w14:textId="358386E3" w:rsidR="00354D91" w:rsidRPr="002E6817" w:rsidRDefault="00354D91" w:rsidP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 xml:space="preserve">     x</w:t>
            </w:r>
          </w:p>
        </w:tc>
        <w:tc>
          <w:tcPr>
            <w:tcW w:w="1418" w:type="dxa"/>
            <w:vAlign w:val="center"/>
          </w:tcPr>
          <w:p w14:paraId="77B329E8" w14:textId="5D0353A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7" w:type="dxa"/>
            <w:vAlign w:val="center"/>
          </w:tcPr>
          <w:p w14:paraId="2F5BA1D8" w14:textId="088954C1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548" w:type="dxa"/>
            <w:vAlign w:val="center"/>
          </w:tcPr>
          <w:p w14:paraId="695C98FC" w14:textId="49CF218A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1A71B95D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7E72E03A" w14:textId="57DB108F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Personal</w:t>
            </w:r>
            <w:r w:rsidR="0072731E" w:rsidRPr="002E6817">
              <w:rPr>
                <w:rFonts w:ascii="Vijaya" w:hAnsi="Vijaya" w:cs="Vijaya"/>
                <w:sz w:val="36"/>
                <w:szCs w:val="36"/>
              </w:rPr>
              <w:t xml:space="preserve"> </w:t>
            </w:r>
            <w:r w:rsidRPr="002E6817">
              <w:rPr>
                <w:rFonts w:ascii="Vijaya" w:hAnsi="Vijaya" w:cs="Vijaya"/>
                <w:sz w:val="36"/>
                <w:szCs w:val="36"/>
              </w:rPr>
              <w:t>vows</w:t>
            </w:r>
          </w:p>
        </w:tc>
        <w:tc>
          <w:tcPr>
            <w:tcW w:w="1377" w:type="dxa"/>
            <w:vAlign w:val="center"/>
          </w:tcPr>
          <w:p w14:paraId="18111180" w14:textId="59492E20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</w:tcPr>
          <w:p w14:paraId="41CAAEE0" w14:textId="2E0F8696" w:rsidR="00354D91" w:rsidRPr="002E6817" w:rsidRDefault="00354D91" w:rsidP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 xml:space="preserve">     </w:t>
            </w: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  <w:vAlign w:val="center"/>
          </w:tcPr>
          <w:p w14:paraId="61D91BDD" w14:textId="1999F14C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610EC83F" w14:textId="521472FA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0F25065C" w14:textId="0FF72F5E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77EA7683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17E0D245" w14:textId="7E8953D3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 xml:space="preserve">Ring exchange </w:t>
            </w:r>
          </w:p>
        </w:tc>
        <w:tc>
          <w:tcPr>
            <w:tcW w:w="1377" w:type="dxa"/>
            <w:vAlign w:val="center"/>
          </w:tcPr>
          <w:p w14:paraId="26EF5E5C" w14:textId="0F7BAD4D" w:rsidR="00354D91" w:rsidRPr="002E6817" w:rsidRDefault="00354D91" w:rsidP="001222FC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 xml:space="preserve">         x</w:t>
            </w:r>
          </w:p>
        </w:tc>
        <w:tc>
          <w:tcPr>
            <w:tcW w:w="1418" w:type="dxa"/>
          </w:tcPr>
          <w:p w14:paraId="7B193066" w14:textId="24AAF752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  <w:vAlign w:val="center"/>
          </w:tcPr>
          <w:p w14:paraId="4803B93A" w14:textId="17A39F0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51E5BCB0" w14:textId="7AD5B411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758484E0" w14:textId="40EFD9BA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2A2D5004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634A8375" w14:textId="77777777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Official marriage certificate</w:t>
            </w:r>
          </w:p>
        </w:tc>
        <w:tc>
          <w:tcPr>
            <w:tcW w:w="1377" w:type="dxa"/>
            <w:vAlign w:val="center"/>
          </w:tcPr>
          <w:p w14:paraId="3CA1FFF0" w14:textId="78389DF1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$70 extra</w:t>
            </w:r>
          </w:p>
        </w:tc>
        <w:tc>
          <w:tcPr>
            <w:tcW w:w="1418" w:type="dxa"/>
          </w:tcPr>
          <w:p w14:paraId="370243CC" w14:textId="04DE3318" w:rsidR="00354D91" w:rsidRPr="002E6817" w:rsidRDefault="00354D91" w:rsidP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$70 extra</w:t>
            </w:r>
          </w:p>
        </w:tc>
        <w:tc>
          <w:tcPr>
            <w:tcW w:w="1418" w:type="dxa"/>
            <w:vAlign w:val="center"/>
          </w:tcPr>
          <w:p w14:paraId="2DE46B43" w14:textId="1062BD3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$70 extra</w:t>
            </w:r>
          </w:p>
        </w:tc>
        <w:tc>
          <w:tcPr>
            <w:tcW w:w="1417" w:type="dxa"/>
            <w:vAlign w:val="center"/>
          </w:tcPr>
          <w:p w14:paraId="2EF3B159" w14:textId="0935B4B2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$70 extra</w:t>
            </w:r>
          </w:p>
        </w:tc>
        <w:tc>
          <w:tcPr>
            <w:tcW w:w="1548" w:type="dxa"/>
            <w:vAlign w:val="center"/>
          </w:tcPr>
          <w:p w14:paraId="55E76C29" w14:textId="3F0DBAE9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$70 extra</w:t>
            </w:r>
          </w:p>
        </w:tc>
      </w:tr>
      <w:tr w:rsidR="00354D91" w:rsidRPr="002F6B37" w14:paraId="68A7B09E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27636B3E" w14:textId="77777777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Keepsake certificate</w:t>
            </w:r>
          </w:p>
        </w:tc>
        <w:tc>
          <w:tcPr>
            <w:tcW w:w="1377" w:type="dxa"/>
            <w:vAlign w:val="center"/>
          </w:tcPr>
          <w:p w14:paraId="2C15EF6F" w14:textId="5248171E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</w:tcPr>
          <w:p w14:paraId="410904A3" w14:textId="6D454D1E" w:rsidR="00354D91" w:rsidRPr="002E6817" w:rsidRDefault="00C00FF5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  <w:vAlign w:val="center"/>
          </w:tcPr>
          <w:p w14:paraId="608F3ADB" w14:textId="6CEFA7E6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71D1D2F9" w14:textId="412FC87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19979E7C" w14:textId="3BC782D5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0BE2F7A9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042F98BC" w14:textId="77777777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Ceremony rehearsal</w:t>
            </w:r>
          </w:p>
        </w:tc>
        <w:tc>
          <w:tcPr>
            <w:tcW w:w="1377" w:type="dxa"/>
            <w:vAlign w:val="center"/>
          </w:tcPr>
          <w:p w14:paraId="31031706" w14:textId="16B40E36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</w:tcPr>
          <w:p w14:paraId="32D8A905" w14:textId="48CC1B29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  <w:vAlign w:val="center"/>
          </w:tcPr>
          <w:p w14:paraId="5E9719E5" w14:textId="1203B237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65C9426D" w14:textId="46F29B02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75064070" w14:textId="54FFBE00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4E7385A2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1D43C253" w14:textId="77777777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Ceremony planning meeting</w:t>
            </w:r>
          </w:p>
        </w:tc>
        <w:tc>
          <w:tcPr>
            <w:tcW w:w="1377" w:type="dxa"/>
            <w:vAlign w:val="center"/>
          </w:tcPr>
          <w:p w14:paraId="4B8298E8" w14:textId="55361390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</w:tcPr>
          <w:p w14:paraId="69BFDAF2" w14:textId="593ACDB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  <w:vAlign w:val="center"/>
          </w:tcPr>
          <w:p w14:paraId="6C30E34E" w14:textId="3CD8F1C5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2A8D1E2D" w14:textId="57A356E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02CB5B20" w14:textId="29365DB4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62CC7D9C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40DA7BBC" w14:textId="77777777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Unlimited email / phone support</w:t>
            </w:r>
          </w:p>
        </w:tc>
        <w:tc>
          <w:tcPr>
            <w:tcW w:w="1377" w:type="dxa"/>
            <w:vAlign w:val="center"/>
          </w:tcPr>
          <w:p w14:paraId="18C9AAA6" w14:textId="3A8A7812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</w:tcPr>
          <w:p w14:paraId="1A8F9202" w14:textId="3FF376F8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8" w:type="dxa"/>
            <w:vAlign w:val="center"/>
          </w:tcPr>
          <w:p w14:paraId="0BA4637F" w14:textId="003F6197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417" w:type="dxa"/>
            <w:vAlign w:val="center"/>
          </w:tcPr>
          <w:p w14:paraId="3C89B3A9" w14:textId="2D71A06E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09BE40E6" w14:textId="42965C59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3C6B60C2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0CEBF1FF" w14:textId="77777777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PA system &amp; microphone</w:t>
            </w:r>
          </w:p>
        </w:tc>
        <w:tc>
          <w:tcPr>
            <w:tcW w:w="1377" w:type="dxa"/>
            <w:vAlign w:val="center"/>
          </w:tcPr>
          <w:p w14:paraId="52AF7251" w14:textId="1491D9AE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</w:tcPr>
          <w:p w14:paraId="26BE30FF" w14:textId="21E9ACBA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  <w:vAlign w:val="center"/>
          </w:tcPr>
          <w:p w14:paraId="2FC16D7C" w14:textId="10E11A64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7" w:type="dxa"/>
            <w:vAlign w:val="center"/>
          </w:tcPr>
          <w:p w14:paraId="2A9202A4" w14:textId="3D7AF12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3E7C2A31" w14:textId="44B6D566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7F59BC8A" w14:textId="77777777" w:rsidTr="00354D91">
        <w:trPr>
          <w:cantSplit/>
          <w:jc w:val="center"/>
        </w:trPr>
        <w:tc>
          <w:tcPr>
            <w:tcW w:w="4680" w:type="dxa"/>
            <w:vAlign w:val="center"/>
          </w:tcPr>
          <w:p w14:paraId="7E6BCCD6" w14:textId="77777777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Signing table &amp; chairs</w:t>
            </w:r>
          </w:p>
        </w:tc>
        <w:tc>
          <w:tcPr>
            <w:tcW w:w="1377" w:type="dxa"/>
            <w:vAlign w:val="center"/>
          </w:tcPr>
          <w:p w14:paraId="089E3032" w14:textId="733A0D8A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</w:tcPr>
          <w:p w14:paraId="35088AF8" w14:textId="1C942347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  <w:vAlign w:val="center"/>
          </w:tcPr>
          <w:p w14:paraId="37ABAAC8" w14:textId="696A7B49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7" w:type="dxa"/>
            <w:vAlign w:val="center"/>
          </w:tcPr>
          <w:p w14:paraId="4FC39279" w14:textId="243E94FE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  <w:tc>
          <w:tcPr>
            <w:tcW w:w="1548" w:type="dxa"/>
            <w:vAlign w:val="center"/>
          </w:tcPr>
          <w:p w14:paraId="1CD7014E" w14:textId="79F448DD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Segoe UI Emoji" w:hAnsi="Segoe UI Emoji" w:cs="Segoe UI Emoji"/>
                <w:sz w:val="36"/>
                <w:szCs w:val="36"/>
              </w:rPr>
              <w:t>✔️</w:t>
            </w:r>
          </w:p>
        </w:tc>
      </w:tr>
      <w:tr w:rsidR="00354D91" w:rsidRPr="002F6B37" w14:paraId="1351EB20" w14:textId="77777777" w:rsidTr="00354D91">
        <w:trPr>
          <w:cantSplit/>
          <w:trHeight w:val="421"/>
          <w:jc w:val="center"/>
        </w:trPr>
        <w:tc>
          <w:tcPr>
            <w:tcW w:w="4680" w:type="dxa"/>
            <w:vAlign w:val="center"/>
          </w:tcPr>
          <w:p w14:paraId="30A2E49B" w14:textId="1E98B516" w:rsidR="00354D91" w:rsidRPr="002E6817" w:rsidRDefault="00354D91">
            <w:pPr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 xml:space="preserve"> Guests</w:t>
            </w:r>
          </w:p>
        </w:tc>
        <w:tc>
          <w:tcPr>
            <w:tcW w:w="1377" w:type="dxa"/>
            <w:vAlign w:val="center"/>
          </w:tcPr>
          <w:p w14:paraId="7428EC7E" w14:textId="7BCA71D5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x</w:t>
            </w:r>
          </w:p>
        </w:tc>
        <w:tc>
          <w:tcPr>
            <w:tcW w:w="1418" w:type="dxa"/>
          </w:tcPr>
          <w:p w14:paraId="4D5BF66A" w14:textId="5967E7C6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10</w:t>
            </w:r>
          </w:p>
        </w:tc>
        <w:tc>
          <w:tcPr>
            <w:tcW w:w="1418" w:type="dxa"/>
            <w:vAlign w:val="center"/>
          </w:tcPr>
          <w:p w14:paraId="610583F9" w14:textId="23C811B4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20</w:t>
            </w:r>
          </w:p>
        </w:tc>
        <w:tc>
          <w:tcPr>
            <w:tcW w:w="1417" w:type="dxa"/>
            <w:vAlign w:val="center"/>
          </w:tcPr>
          <w:p w14:paraId="2BA4DE5F" w14:textId="0AF9A4CB" w:rsidR="00354D91" w:rsidRPr="002E6817" w:rsidRDefault="00354D91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unlimited</w:t>
            </w:r>
          </w:p>
        </w:tc>
        <w:tc>
          <w:tcPr>
            <w:tcW w:w="1548" w:type="dxa"/>
            <w:vAlign w:val="center"/>
          </w:tcPr>
          <w:p w14:paraId="6EF3A01A" w14:textId="31F89D91" w:rsidR="00354D91" w:rsidRPr="002E6817" w:rsidRDefault="0072731E">
            <w:pPr>
              <w:jc w:val="center"/>
              <w:rPr>
                <w:rFonts w:ascii="Vijaya" w:hAnsi="Vijaya" w:cs="Vijaya"/>
                <w:sz w:val="36"/>
                <w:szCs w:val="36"/>
              </w:rPr>
            </w:pPr>
            <w:r w:rsidRPr="002E6817">
              <w:rPr>
                <w:rFonts w:ascii="Vijaya" w:hAnsi="Vijaya" w:cs="Vijaya"/>
                <w:sz w:val="36"/>
                <w:szCs w:val="36"/>
              </w:rPr>
              <w:t>U</w:t>
            </w:r>
            <w:r w:rsidR="00354D91" w:rsidRPr="002E6817">
              <w:rPr>
                <w:rFonts w:ascii="Vijaya" w:hAnsi="Vijaya" w:cs="Vijaya"/>
                <w:sz w:val="36"/>
                <w:szCs w:val="36"/>
              </w:rPr>
              <w:t>nlimited</w:t>
            </w:r>
          </w:p>
        </w:tc>
      </w:tr>
      <w:tr w:rsidR="0072731E" w:rsidRPr="002F6B37" w14:paraId="36675B48" w14:textId="77777777" w:rsidTr="00354D91">
        <w:trPr>
          <w:cantSplit/>
          <w:trHeight w:val="421"/>
          <w:jc w:val="center"/>
        </w:trPr>
        <w:tc>
          <w:tcPr>
            <w:tcW w:w="4680" w:type="dxa"/>
            <w:vAlign w:val="center"/>
          </w:tcPr>
          <w:p w14:paraId="24CB34B0" w14:textId="77777777" w:rsidR="0072731E" w:rsidRPr="00736BBD" w:rsidRDefault="0072731E">
            <w:pPr>
              <w:rPr>
                <w:rFonts w:ascii="Dreaming Outloud Pro" w:hAnsi="Dreaming Outloud Pro" w:cs="Dreaming Outloud Pro"/>
                <w:sz w:val="32"/>
                <w:szCs w:val="32"/>
              </w:rPr>
            </w:pPr>
          </w:p>
        </w:tc>
        <w:tc>
          <w:tcPr>
            <w:tcW w:w="1377" w:type="dxa"/>
            <w:vAlign w:val="center"/>
          </w:tcPr>
          <w:p w14:paraId="22B0F804" w14:textId="77777777" w:rsidR="0072731E" w:rsidRPr="00590117" w:rsidRDefault="0072731E">
            <w:pPr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A276E24" w14:textId="77777777" w:rsidR="0072731E" w:rsidRDefault="0072731E">
            <w:pPr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5B9603A" w14:textId="77777777" w:rsidR="0072731E" w:rsidRPr="00590117" w:rsidRDefault="0072731E">
            <w:pPr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3AD625E" w14:textId="77777777" w:rsidR="0072731E" w:rsidRPr="00590117" w:rsidRDefault="0072731E">
            <w:pPr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6DA38D0F" w14:textId="77777777" w:rsidR="0072731E" w:rsidRPr="00590117" w:rsidRDefault="0072731E">
            <w:pPr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</w:p>
        </w:tc>
      </w:tr>
    </w:tbl>
    <w:p w14:paraId="7CD8057C" w14:textId="77777777" w:rsidR="00665FCE" w:rsidRPr="00590117" w:rsidRDefault="00665FCE">
      <w:pPr>
        <w:rPr>
          <w:rFonts w:ascii="Vijaya" w:hAnsi="Vijaya" w:cs="Vijaya"/>
          <w:b/>
          <w:sz w:val="36"/>
          <w:szCs w:val="36"/>
        </w:rPr>
      </w:pPr>
    </w:p>
    <w:p w14:paraId="30C69390" w14:textId="77777777" w:rsidR="00665FCE" w:rsidRDefault="00665FCE"/>
    <w:p w14:paraId="4D17C471" w14:textId="1A06109D" w:rsidR="00665FCE" w:rsidRDefault="00000000">
      <w:r>
        <w:rPr>
          <w:b/>
        </w:rPr>
        <w:t xml:space="preserve">Last updated: </w:t>
      </w:r>
      <w:r>
        <w:t>___</w:t>
      </w:r>
      <w:r w:rsidR="001222FC">
        <w:t>August 2026</w:t>
      </w:r>
      <w:r>
        <w:t>_______________</w:t>
      </w:r>
    </w:p>
    <w:p w14:paraId="7362A5F9" w14:textId="22355F58" w:rsidR="00665FCE" w:rsidRDefault="00665FCE"/>
    <w:sectPr w:rsidR="00665FCE" w:rsidSect="00034616">
      <w:pgSz w:w="12240" w:h="15840"/>
      <w:pgMar w:top="792" w:right="720" w:bottom="79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4997243">
    <w:abstractNumId w:val="8"/>
  </w:num>
  <w:num w:numId="2" w16cid:durableId="355079480">
    <w:abstractNumId w:val="6"/>
  </w:num>
  <w:num w:numId="3" w16cid:durableId="1946813094">
    <w:abstractNumId w:val="5"/>
  </w:num>
  <w:num w:numId="4" w16cid:durableId="1941840711">
    <w:abstractNumId w:val="4"/>
  </w:num>
  <w:num w:numId="5" w16cid:durableId="1013071135">
    <w:abstractNumId w:val="7"/>
  </w:num>
  <w:num w:numId="6" w16cid:durableId="803888486">
    <w:abstractNumId w:val="3"/>
  </w:num>
  <w:num w:numId="7" w16cid:durableId="541594385">
    <w:abstractNumId w:val="2"/>
  </w:num>
  <w:num w:numId="8" w16cid:durableId="18968779">
    <w:abstractNumId w:val="1"/>
  </w:num>
  <w:num w:numId="9" w16cid:durableId="2116434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A34"/>
    <w:rsid w:val="0002256D"/>
    <w:rsid w:val="00034616"/>
    <w:rsid w:val="0006063C"/>
    <w:rsid w:val="001064A9"/>
    <w:rsid w:val="001222FC"/>
    <w:rsid w:val="0015074B"/>
    <w:rsid w:val="001750CD"/>
    <w:rsid w:val="0029639D"/>
    <w:rsid w:val="002E6817"/>
    <w:rsid w:val="002F6B37"/>
    <w:rsid w:val="00326F90"/>
    <w:rsid w:val="00354D91"/>
    <w:rsid w:val="0043090D"/>
    <w:rsid w:val="00590117"/>
    <w:rsid w:val="00665FCE"/>
    <w:rsid w:val="0072731E"/>
    <w:rsid w:val="00736BBD"/>
    <w:rsid w:val="00770B35"/>
    <w:rsid w:val="009952B6"/>
    <w:rsid w:val="00AA1D8D"/>
    <w:rsid w:val="00B2393D"/>
    <w:rsid w:val="00B47730"/>
    <w:rsid w:val="00C00FF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5346A2"/>
  <w14:defaultImageDpi w14:val="300"/>
  <w15:docId w15:val="{643FEAD5-61AE-4FE6-A7F8-212ED9B4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716</Characters>
  <Application>Microsoft Office Word</Application>
  <DocSecurity>0</DocSecurity>
  <Lines>143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Rose Genitori</cp:lastModifiedBy>
  <cp:revision>2</cp:revision>
  <dcterms:created xsi:type="dcterms:W3CDTF">2026-09-08T01:30:00Z</dcterms:created>
  <dcterms:modified xsi:type="dcterms:W3CDTF">2026-09-08T01:30:00Z</dcterms:modified>
  <cp:category/>
</cp:coreProperties>
</file>